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5DDAA" w14:textId="4B2115A8" w:rsidR="00EC0BDD" w:rsidRDefault="003C0CED" w:rsidP="001F1F1E">
      <w:pPr>
        <w:pStyle w:val="Virsraksts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C0BDD">
        <w:rPr>
          <w:rFonts w:ascii="Times New Roman" w:hAnsi="Times New Roman" w:cs="Times New Roman"/>
          <w:color w:val="auto"/>
          <w:sz w:val="24"/>
          <w:szCs w:val="24"/>
        </w:rPr>
        <w:t>TEHNISKĀ SPECIFIKĀCIJA</w:t>
      </w:r>
    </w:p>
    <w:p w14:paraId="65B75D13" w14:textId="56BA762A" w:rsidR="00743898" w:rsidRPr="00743898" w:rsidRDefault="00743898" w:rsidP="007438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“Ropažu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Livonijas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ordeņa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viduslaiku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pilsdrupu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skaida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jumta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nomaiņa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6F0DDAE4" w14:textId="21A78974" w:rsidR="00496C00" w:rsidRPr="001F1F1E" w:rsidRDefault="001F1F1E" w:rsidP="00EC0BDD">
      <w:pPr>
        <w:pStyle w:val="Virsraksts1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Cenu aptaujas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</w:t>
      </w:r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riekšmets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: Ropažu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Livonijas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ordeņa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viduslaiku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pilsdrupu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skaidu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jumta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nomaiņa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atbilstoši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tehniskajai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specifikācijai</w:t>
      </w:r>
      <w:proofErr w:type="spellEnd"/>
      <w:r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</w:t>
      </w:r>
      <w:r w:rsidR="00EC0BDD"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CPV </w:t>
      </w:r>
      <w:proofErr w:type="spellStart"/>
      <w:r w:rsidR="00EC0BDD"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kods</w:t>
      </w:r>
      <w:proofErr w:type="spellEnd"/>
      <w:r w:rsidR="00EC0BDD"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: </w:t>
      </w:r>
      <w:r w:rsidR="00EC0BDD"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45260000-7</w:t>
      </w:r>
      <w:r w:rsidR="003C0CED" w:rsidRPr="001F1F1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br/>
      </w:r>
    </w:p>
    <w:p w14:paraId="21AD3064" w14:textId="3BE26E49" w:rsidR="00EC0BDD" w:rsidRPr="00EC0BDD" w:rsidRDefault="00EC0BDD" w:rsidP="00EC0BDD">
      <w:pPr>
        <w:pStyle w:val="Sarakstarindkopa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0BDD">
        <w:rPr>
          <w:rFonts w:ascii="Times New Roman" w:hAnsi="Times New Roman" w:cs="Times New Roman"/>
          <w:b/>
          <w:bCs/>
          <w:sz w:val="24"/>
          <w:szCs w:val="24"/>
        </w:rPr>
        <w:t>Prasības</w:t>
      </w:r>
      <w:proofErr w:type="spellEnd"/>
      <w:r w:rsidRPr="00EC0B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b/>
          <w:bCs/>
          <w:sz w:val="24"/>
          <w:szCs w:val="24"/>
        </w:rPr>
        <w:t>attiecībā</w:t>
      </w:r>
      <w:proofErr w:type="spellEnd"/>
      <w:r w:rsidRPr="00EC0B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b/>
          <w:bCs/>
          <w:sz w:val="24"/>
          <w:szCs w:val="24"/>
        </w:rPr>
        <w:t>uz</w:t>
      </w:r>
      <w:proofErr w:type="spellEnd"/>
      <w:r w:rsidRPr="00EC0B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b/>
          <w:bCs/>
          <w:sz w:val="24"/>
          <w:szCs w:val="24"/>
        </w:rPr>
        <w:t>materiālu</w:t>
      </w:r>
      <w:proofErr w:type="spellEnd"/>
      <w:r w:rsidRPr="00EC0BD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1384AAB" w14:textId="77777777" w:rsidR="00EC0BDD" w:rsidRDefault="003C0CED" w:rsidP="00EC0BDD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0BDD">
        <w:rPr>
          <w:rFonts w:ascii="Times New Roman" w:hAnsi="Times New Roman" w:cs="Times New Roman"/>
          <w:sz w:val="24"/>
          <w:szCs w:val="24"/>
        </w:rPr>
        <w:t>Skaidas</w:t>
      </w:r>
      <w:proofErr w:type="spellEnd"/>
      <w:r w:rsidR="00EC0BDD">
        <w:rPr>
          <w:rFonts w:ascii="Times New Roman" w:hAnsi="Times New Roman" w:cs="Times New Roman"/>
          <w:sz w:val="24"/>
          <w:szCs w:val="24"/>
        </w:rPr>
        <w:t xml:space="preserve"> </w:t>
      </w:r>
      <w:r w:rsidRPr="00EC0BDD">
        <w:rPr>
          <w:rFonts w:ascii="Times New Roman" w:hAnsi="Times New Roman" w:cs="Times New Roman"/>
          <w:sz w:val="24"/>
          <w:szCs w:val="24"/>
        </w:rPr>
        <w:t>– apses/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skuju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koka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kokmateriāls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svaigi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plēstas, 1. šķira, bez mizas, bez zariem, plīsumiem, vienāda biezuma un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taisnu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šķiedru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>.</w:t>
      </w:r>
    </w:p>
    <w:p w14:paraId="0002A837" w14:textId="77777777" w:rsidR="00EC0BDD" w:rsidRDefault="003C0CED" w:rsidP="00EC0BDD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0BDD">
        <w:rPr>
          <w:rFonts w:ascii="Times New Roman" w:hAnsi="Times New Roman" w:cs="Times New Roman"/>
          <w:sz w:val="24"/>
          <w:szCs w:val="24"/>
        </w:rPr>
        <w:t>Skaidu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izmēri</w:t>
      </w:r>
      <w:proofErr w:type="spellEnd"/>
      <w:r w:rsidR="00EC0BD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BAA8E40" w14:textId="77777777" w:rsidR="00EC0BDD" w:rsidRDefault="003C0CED" w:rsidP="00EC0BDD">
      <w:pPr>
        <w:pStyle w:val="Sarakstarindkopa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EC0BDD">
        <w:rPr>
          <w:rFonts w:ascii="Times New Roman" w:hAnsi="Times New Roman" w:cs="Times New Roman"/>
          <w:sz w:val="24"/>
          <w:szCs w:val="24"/>
        </w:rPr>
        <w:t>Platums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: 80–120 mm; garums: 720 mm;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biezums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>: 5–7 mm.</w:t>
      </w:r>
    </w:p>
    <w:p w14:paraId="3602FD67" w14:textId="77777777" w:rsidR="00EC0BDD" w:rsidRDefault="003C0CED" w:rsidP="00EC0BDD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0BDD">
        <w:rPr>
          <w:rFonts w:ascii="Times New Roman" w:hAnsi="Times New Roman" w:cs="Times New Roman"/>
          <w:sz w:val="24"/>
          <w:szCs w:val="24"/>
        </w:rPr>
        <w:t>Stiprinājumi</w:t>
      </w:r>
      <w:proofErr w:type="spellEnd"/>
      <w:r w:rsidR="00EC0BDD">
        <w:rPr>
          <w:rFonts w:ascii="Times New Roman" w:hAnsi="Times New Roman" w:cs="Times New Roman"/>
          <w:sz w:val="24"/>
          <w:szCs w:val="24"/>
        </w:rPr>
        <w:t>:</w:t>
      </w:r>
    </w:p>
    <w:p w14:paraId="7ACE97E0" w14:textId="06CAE5DC" w:rsidR="00EC0BDD" w:rsidRPr="00EC0BDD" w:rsidRDefault="003C0CED" w:rsidP="00EC0BDD">
      <w:pPr>
        <w:pStyle w:val="Sarakstarindkopa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EC0BDD">
        <w:rPr>
          <w:rFonts w:ascii="Times New Roman" w:hAnsi="Times New Roman" w:cs="Times New Roman"/>
          <w:sz w:val="24"/>
          <w:szCs w:val="24"/>
        </w:rPr>
        <w:t>Cinkotas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naglas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>: 1,8 x 60 mm un 1,8 x 80 mm.</w:t>
      </w:r>
    </w:p>
    <w:p w14:paraId="13FA0D81" w14:textId="77777777" w:rsidR="00EC0BDD" w:rsidRPr="00EC0BDD" w:rsidRDefault="00EC0BDD" w:rsidP="00EC0BDD">
      <w:pPr>
        <w:pStyle w:val="Sarakstarindkopa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8F665" w14:textId="77777777" w:rsidR="00743898" w:rsidRPr="00743898" w:rsidRDefault="00743898" w:rsidP="00743898">
      <w:pPr>
        <w:pStyle w:val="Sarakstarindkopa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Prasības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attiecībā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uz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iestrādes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tehnoloģiju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D5DF646" w14:textId="77777777" w:rsidR="00743898" w:rsidRDefault="003C0CED" w:rsidP="00743898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Vispārīgie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nosacījumi</w:t>
      </w:r>
      <w:proofErr w:type="spellEnd"/>
    </w:p>
    <w:p w14:paraId="4C5124BE" w14:textId="77777777" w:rsidR="00743898" w:rsidRDefault="003C0CED" w:rsidP="00743898">
      <w:pPr>
        <w:pStyle w:val="Sarakstarindkopa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sz w:val="24"/>
          <w:szCs w:val="24"/>
        </w:rPr>
        <w:t>Ievērot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tradicionālās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tehnoloģijas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autentiskumu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>.</w:t>
      </w:r>
    </w:p>
    <w:p w14:paraId="1445CEB7" w14:textId="77777777" w:rsidR="00743898" w:rsidRPr="00743898" w:rsidRDefault="003C0CED" w:rsidP="00743898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sz w:val="24"/>
          <w:szCs w:val="24"/>
        </w:rPr>
        <w:t>Skaidu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ieklāšana</w:t>
      </w:r>
      <w:proofErr w:type="spellEnd"/>
    </w:p>
    <w:p w14:paraId="18FD28DA" w14:textId="77777777" w:rsidR="00743898" w:rsidRDefault="003C0CED" w:rsidP="00743898">
      <w:pPr>
        <w:pStyle w:val="Sarakstarindkopa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sz w:val="24"/>
          <w:szCs w:val="24"/>
        </w:rPr>
        <w:t>Pārseguma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virzienu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mai</w:t>
      </w:r>
      <w:r w:rsidR="00CA3A15" w:rsidRPr="00743898">
        <w:rPr>
          <w:rFonts w:ascii="Times New Roman" w:hAnsi="Times New Roman" w:cs="Times New Roman"/>
          <w:sz w:val="24"/>
          <w:szCs w:val="24"/>
        </w:rPr>
        <w:t>ņa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katrā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rindā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CA3A15" w:rsidRPr="00743898">
        <w:rPr>
          <w:rFonts w:ascii="Times New Roman" w:hAnsi="Times New Roman" w:cs="Times New Roman"/>
          <w:sz w:val="24"/>
          <w:szCs w:val="24"/>
        </w:rPr>
        <w:t>klājums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divās kārtās; katrā skaidā viena nagla;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redzami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stiprinājumi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nav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pieļaujami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>.</w:t>
      </w:r>
    </w:p>
    <w:p w14:paraId="673DB5EA" w14:textId="77777777" w:rsidR="00743898" w:rsidRPr="00743898" w:rsidRDefault="003C0CED" w:rsidP="00743898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sz w:val="24"/>
          <w:szCs w:val="24"/>
        </w:rPr>
        <w:t>Papildus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stiprinājumi</w:t>
      </w:r>
      <w:proofErr w:type="spellEnd"/>
    </w:p>
    <w:p w14:paraId="6EAD52C9" w14:textId="77777777" w:rsidR="00743898" w:rsidRDefault="003C0CED" w:rsidP="00743898">
      <w:pPr>
        <w:pStyle w:val="Sarakstarindkopa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sz w:val="24"/>
          <w:szCs w:val="24"/>
        </w:rPr>
        <w:t>Pirmajā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rindā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korē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var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izmantot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vairākas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naglas.</w:t>
      </w:r>
      <w:proofErr w:type="spellEnd"/>
    </w:p>
    <w:p w14:paraId="250689A8" w14:textId="77777777" w:rsidR="00743898" w:rsidRPr="00743898" w:rsidRDefault="003C0CED" w:rsidP="00743898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43898">
        <w:rPr>
          <w:rFonts w:ascii="Times New Roman" w:hAnsi="Times New Roman" w:cs="Times New Roman"/>
          <w:sz w:val="24"/>
          <w:szCs w:val="24"/>
        </w:rPr>
        <w:t>Kore</w:t>
      </w:r>
    </w:p>
    <w:p w14:paraId="7374E030" w14:textId="77777777" w:rsidR="00743898" w:rsidRDefault="003C0CED" w:rsidP="00743898">
      <w:pPr>
        <w:pStyle w:val="Sarakstarindkopa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sz w:val="24"/>
          <w:szCs w:val="24"/>
        </w:rPr>
        <w:t>Pārlaidums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5–10 cm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valdošo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vēju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virzienā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>.</w:t>
      </w:r>
    </w:p>
    <w:p w14:paraId="73E8195B" w14:textId="77777777" w:rsidR="00743898" w:rsidRPr="00743898" w:rsidRDefault="003C0CED" w:rsidP="00743898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sz w:val="24"/>
          <w:szCs w:val="24"/>
        </w:rPr>
        <w:t>Skaidu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apakšējā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mala</w:t>
      </w:r>
    </w:p>
    <w:p w14:paraId="6E01F1D2" w14:textId="77777777" w:rsidR="00743898" w:rsidRDefault="003C0CED" w:rsidP="00743898">
      <w:pPr>
        <w:pStyle w:val="Sarakstarindkopa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sz w:val="24"/>
          <w:szCs w:val="24"/>
        </w:rPr>
        <w:t>Jāveido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taisna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vizuāli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kvalitatīva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>.</w:t>
      </w:r>
    </w:p>
    <w:p w14:paraId="754C4EB0" w14:textId="77777777" w:rsidR="00743898" w:rsidRDefault="00743898" w:rsidP="00743898">
      <w:pPr>
        <w:pStyle w:val="Sarakstarindkopa"/>
        <w:ind w:left="1080"/>
        <w:rPr>
          <w:rFonts w:ascii="Times New Roman" w:hAnsi="Times New Roman" w:cs="Times New Roman"/>
          <w:sz w:val="24"/>
          <w:szCs w:val="24"/>
        </w:rPr>
      </w:pPr>
    </w:p>
    <w:p w14:paraId="3ADFA6B2" w14:textId="310AC332" w:rsidR="00743898" w:rsidRPr="00743898" w:rsidRDefault="00743898" w:rsidP="00743898">
      <w:pPr>
        <w:pStyle w:val="Sarakstarindkopa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Prasības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attiecībā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uz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darbu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b/>
          <w:bCs/>
          <w:sz w:val="24"/>
          <w:szCs w:val="24"/>
        </w:rPr>
        <w:t>veikšanu</w:t>
      </w:r>
      <w:proofErr w:type="spellEnd"/>
      <w:r w:rsidRPr="0074389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438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438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438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438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4389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22573F5" w14:textId="77777777" w:rsidR="001F1F1E" w:rsidRDefault="00743898" w:rsidP="001F1F1E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sz w:val="24"/>
          <w:szCs w:val="24"/>
        </w:rPr>
        <w:t>Būvdarbu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veikšanas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laikā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Pasūtītājs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norāda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ceļu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, pa kuru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atļauts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iebraukt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izbraukt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būvdarbu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veicēja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transportlīdzekļiem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vai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citiem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transportlīdzekļiem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saistīti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būvdarbu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veikšanas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43898">
        <w:rPr>
          <w:rFonts w:ascii="Times New Roman" w:hAnsi="Times New Roman" w:cs="Times New Roman"/>
          <w:sz w:val="24"/>
          <w:szCs w:val="24"/>
        </w:rPr>
        <w:t>procesu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743898">
        <w:rPr>
          <w:rFonts w:ascii="Times New Roman" w:hAnsi="Times New Roman" w:cs="Times New Roman"/>
          <w:sz w:val="24"/>
          <w:szCs w:val="24"/>
        </w:rPr>
        <w:tab/>
      </w:r>
    </w:p>
    <w:p w14:paraId="4A349385" w14:textId="48FF1424" w:rsidR="00743898" w:rsidRPr="001F1F1E" w:rsidRDefault="003C0CED" w:rsidP="001F1F1E">
      <w:pPr>
        <w:pStyle w:val="Sarakstarindkop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F1E">
        <w:rPr>
          <w:rFonts w:ascii="Times New Roman" w:hAnsi="Times New Roman" w:cs="Times New Roman"/>
          <w:b/>
          <w:bCs/>
          <w:sz w:val="24"/>
          <w:szCs w:val="24"/>
        </w:rPr>
        <w:t>Papilddarbi</w:t>
      </w:r>
      <w:proofErr w:type="spellEnd"/>
    </w:p>
    <w:p w14:paraId="6857EF69" w14:textId="77777777" w:rsidR="001F1F1E" w:rsidRPr="001F1F1E" w:rsidRDefault="003C0CED" w:rsidP="001F1F1E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43898">
        <w:rPr>
          <w:rFonts w:ascii="Times New Roman" w:hAnsi="Times New Roman" w:cs="Times New Roman"/>
          <w:sz w:val="24"/>
          <w:szCs w:val="24"/>
        </w:rPr>
        <w:t>Nepieciešamības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gadījumā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saskaņojot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Pasūtītāju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nomainīt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bojātu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latojumu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898">
        <w:rPr>
          <w:rFonts w:ascii="Times New Roman" w:hAnsi="Times New Roman" w:cs="Times New Roman"/>
          <w:sz w:val="24"/>
          <w:szCs w:val="24"/>
        </w:rPr>
        <w:t>posmus</w:t>
      </w:r>
      <w:proofErr w:type="spellEnd"/>
      <w:r w:rsidRPr="00743898">
        <w:rPr>
          <w:rFonts w:ascii="Times New Roman" w:hAnsi="Times New Roman" w:cs="Times New Roman"/>
          <w:sz w:val="24"/>
          <w:szCs w:val="24"/>
        </w:rPr>
        <w:t>.</w:t>
      </w:r>
    </w:p>
    <w:p w14:paraId="03CE2044" w14:textId="4CB3B6EC" w:rsidR="00EC0BDD" w:rsidRPr="001F1F1E" w:rsidRDefault="003C0CED" w:rsidP="001F1F1E">
      <w:pPr>
        <w:pStyle w:val="Sarakstarindkopa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F1F1E">
        <w:rPr>
          <w:rFonts w:ascii="Times New Roman" w:hAnsi="Times New Roman" w:cs="Times New Roman"/>
          <w:b/>
          <w:bCs/>
          <w:sz w:val="24"/>
          <w:szCs w:val="24"/>
        </w:rPr>
        <w:t>Defektu</w:t>
      </w:r>
      <w:proofErr w:type="spellEnd"/>
      <w:r w:rsidRPr="001F1F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1F1E">
        <w:rPr>
          <w:rFonts w:ascii="Times New Roman" w:hAnsi="Times New Roman" w:cs="Times New Roman"/>
          <w:b/>
          <w:bCs/>
          <w:sz w:val="24"/>
          <w:szCs w:val="24"/>
        </w:rPr>
        <w:t>novēršana</w:t>
      </w:r>
      <w:proofErr w:type="spellEnd"/>
    </w:p>
    <w:p w14:paraId="02750853" w14:textId="77777777" w:rsidR="001F1F1E" w:rsidRDefault="003C0CED" w:rsidP="001F1F1E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0BDD">
        <w:rPr>
          <w:rFonts w:ascii="Times New Roman" w:hAnsi="Times New Roman" w:cs="Times New Roman"/>
          <w:sz w:val="24"/>
          <w:szCs w:val="24"/>
        </w:rPr>
        <w:t>Defekti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jānovērš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darba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dienu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laikā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>.</w:t>
      </w:r>
    </w:p>
    <w:p w14:paraId="60508E72" w14:textId="23D8F621" w:rsidR="00EC0BDD" w:rsidRPr="001F1F1E" w:rsidRDefault="003C0CED" w:rsidP="001F1F1E">
      <w:pPr>
        <w:pStyle w:val="Sarakstarindkopa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F1E">
        <w:rPr>
          <w:rFonts w:ascii="Times New Roman" w:hAnsi="Times New Roman" w:cs="Times New Roman"/>
          <w:b/>
          <w:bCs/>
          <w:sz w:val="24"/>
          <w:szCs w:val="24"/>
        </w:rPr>
        <w:t>Garantija</w:t>
      </w:r>
      <w:proofErr w:type="spellEnd"/>
    </w:p>
    <w:p w14:paraId="30DB8D81" w14:textId="17B93B71" w:rsidR="00743898" w:rsidRPr="001F1F1E" w:rsidRDefault="003C0CED" w:rsidP="001F1F1E">
      <w:pPr>
        <w:pStyle w:val="Sarakstarindkopa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0BDD">
        <w:rPr>
          <w:rFonts w:ascii="Times New Roman" w:hAnsi="Times New Roman" w:cs="Times New Roman"/>
          <w:sz w:val="24"/>
          <w:szCs w:val="24"/>
        </w:rPr>
        <w:t>Garantijas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BDD">
        <w:rPr>
          <w:rFonts w:ascii="Times New Roman" w:hAnsi="Times New Roman" w:cs="Times New Roman"/>
          <w:sz w:val="24"/>
          <w:szCs w:val="24"/>
        </w:rPr>
        <w:t>termiņš</w:t>
      </w:r>
      <w:proofErr w:type="spellEnd"/>
      <w:r w:rsidRPr="00EC0BDD">
        <w:rPr>
          <w:rFonts w:ascii="Times New Roman" w:hAnsi="Times New Roman" w:cs="Times New Roman"/>
          <w:sz w:val="24"/>
          <w:szCs w:val="24"/>
        </w:rPr>
        <w:t>: 5 gadi.</w:t>
      </w:r>
      <w:r w:rsidR="00743898" w:rsidRPr="001F1F1E">
        <w:rPr>
          <w:rFonts w:ascii="Times New Roman" w:hAnsi="Times New Roman" w:cs="Times New Roman"/>
          <w:sz w:val="24"/>
          <w:szCs w:val="24"/>
        </w:rPr>
        <w:tab/>
      </w:r>
      <w:r w:rsidR="00743898" w:rsidRPr="001F1F1E">
        <w:rPr>
          <w:rFonts w:ascii="Times New Roman" w:hAnsi="Times New Roman" w:cs="Times New Roman"/>
          <w:sz w:val="24"/>
          <w:szCs w:val="24"/>
        </w:rPr>
        <w:tab/>
      </w:r>
      <w:r w:rsidR="00743898" w:rsidRPr="001F1F1E">
        <w:rPr>
          <w:rFonts w:ascii="Times New Roman" w:hAnsi="Times New Roman" w:cs="Times New Roman"/>
          <w:sz w:val="24"/>
          <w:szCs w:val="24"/>
        </w:rPr>
        <w:tab/>
      </w:r>
      <w:r w:rsidR="00743898" w:rsidRPr="001F1F1E">
        <w:rPr>
          <w:rFonts w:ascii="Times New Roman" w:hAnsi="Times New Roman" w:cs="Times New Roman"/>
          <w:sz w:val="24"/>
          <w:szCs w:val="24"/>
        </w:rPr>
        <w:tab/>
      </w:r>
      <w:r w:rsidR="00743898" w:rsidRPr="001F1F1E">
        <w:rPr>
          <w:rFonts w:ascii="Times New Roman" w:hAnsi="Times New Roman" w:cs="Times New Roman"/>
          <w:sz w:val="24"/>
          <w:szCs w:val="24"/>
        </w:rPr>
        <w:tab/>
      </w:r>
      <w:r w:rsidR="00743898" w:rsidRPr="001F1F1E">
        <w:rPr>
          <w:rFonts w:ascii="Times New Roman" w:hAnsi="Times New Roman" w:cs="Times New Roman"/>
          <w:sz w:val="24"/>
          <w:szCs w:val="24"/>
        </w:rPr>
        <w:tab/>
      </w:r>
    </w:p>
    <w:sectPr w:rsidR="00743898" w:rsidRPr="001F1F1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764893"/>
    <w:multiLevelType w:val="hybridMultilevel"/>
    <w:tmpl w:val="04D6E6E8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414F3"/>
    <w:multiLevelType w:val="multilevel"/>
    <w:tmpl w:val="2F3EDC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979841891">
    <w:abstractNumId w:val="8"/>
  </w:num>
  <w:num w:numId="2" w16cid:durableId="887767532">
    <w:abstractNumId w:val="6"/>
  </w:num>
  <w:num w:numId="3" w16cid:durableId="322469296">
    <w:abstractNumId w:val="5"/>
  </w:num>
  <w:num w:numId="4" w16cid:durableId="1664895982">
    <w:abstractNumId w:val="4"/>
  </w:num>
  <w:num w:numId="5" w16cid:durableId="1110854478">
    <w:abstractNumId w:val="7"/>
  </w:num>
  <w:num w:numId="6" w16cid:durableId="621807935">
    <w:abstractNumId w:val="3"/>
  </w:num>
  <w:num w:numId="7" w16cid:durableId="1257984221">
    <w:abstractNumId w:val="2"/>
  </w:num>
  <w:num w:numId="8" w16cid:durableId="1576428802">
    <w:abstractNumId w:val="1"/>
  </w:num>
  <w:num w:numId="9" w16cid:durableId="566572012">
    <w:abstractNumId w:val="0"/>
  </w:num>
  <w:num w:numId="10" w16cid:durableId="1471243540">
    <w:abstractNumId w:val="10"/>
  </w:num>
  <w:num w:numId="11" w16cid:durableId="9850897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1F1E"/>
    <w:rsid w:val="0029639D"/>
    <w:rsid w:val="002C2FEF"/>
    <w:rsid w:val="00326F90"/>
    <w:rsid w:val="00362EFD"/>
    <w:rsid w:val="003C0CED"/>
    <w:rsid w:val="00496C00"/>
    <w:rsid w:val="00743898"/>
    <w:rsid w:val="00AA1D8D"/>
    <w:rsid w:val="00B47730"/>
    <w:rsid w:val="00CA3A15"/>
    <w:rsid w:val="00CB0664"/>
    <w:rsid w:val="00EC0B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02103"/>
  <w14:defaultImageDpi w14:val="300"/>
  <w15:docId w15:val="{340F95D3-E49A-4D73-8D06-822E0224E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693F"/>
  </w:style>
  <w:style w:type="paragraph" w:styleId="Virsraksts1">
    <w:name w:val="heading 1"/>
    <w:basedOn w:val="Parasts"/>
    <w:next w:val="Parasts"/>
    <w:link w:val="Virsraksts1Rakstz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18BF"/>
  </w:style>
  <w:style w:type="paragraph" w:styleId="Kjene">
    <w:name w:val="footer"/>
    <w:basedOn w:val="Parasts"/>
    <w:link w:val="Kj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18BF"/>
  </w:style>
  <w:style w:type="paragraph" w:styleId="Bezatstarpm">
    <w:name w:val="No Spacing"/>
    <w:uiPriority w:val="1"/>
    <w:qFormat/>
    <w:rsid w:val="00FC693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C693F"/>
    <w:pPr>
      <w:ind w:left="720"/>
      <w:contextualSpacing/>
    </w:pPr>
  </w:style>
  <w:style w:type="paragraph" w:styleId="Pamatteksts">
    <w:name w:val="Body Text"/>
    <w:basedOn w:val="Parasts"/>
    <w:link w:val="PamattekstsRakstz"/>
    <w:uiPriority w:val="99"/>
    <w:unhideWhenUsed/>
    <w:rsid w:val="00AA1D8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AA1D8D"/>
  </w:style>
  <w:style w:type="paragraph" w:styleId="Pamatteksts2">
    <w:name w:val="Body Text 2"/>
    <w:basedOn w:val="Parasts"/>
    <w:link w:val="Pamatteksts2Rakstz"/>
    <w:uiPriority w:val="99"/>
    <w:unhideWhenUsed/>
    <w:rsid w:val="00AA1D8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AA1D8D"/>
  </w:style>
  <w:style w:type="paragraph" w:styleId="Pamatteksts3">
    <w:name w:val="Body Text 3"/>
    <w:basedOn w:val="Parasts"/>
    <w:link w:val="Pamatteksts3Rakstz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AA1D8D"/>
    <w:rPr>
      <w:sz w:val="16"/>
      <w:szCs w:val="16"/>
    </w:rPr>
  </w:style>
  <w:style w:type="paragraph" w:styleId="Saraksts">
    <w:name w:val="List"/>
    <w:basedOn w:val="Parasts"/>
    <w:uiPriority w:val="99"/>
    <w:unhideWhenUsed/>
    <w:rsid w:val="00AA1D8D"/>
    <w:pPr>
      <w:ind w:left="360" w:hanging="360"/>
      <w:contextualSpacing/>
    </w:pPr>
  </w:style>
  <w:style w:type="paragraph" w:styleId="Saraksts2">
    <w:name w:val="List 2"/>
    <w:basedOn w:val="Parasts"/>
    <w:uiPriority w:val="99"/>
    <w:unhideWhenUsed/>
    <w:rsid w:val="00326F90"/>
    <w:pPr>
      <w:ind w:left="720" w:hanging="360"/>
      <w:contextualSpacing/>
    </w:pPr>
  </w:style>
  <w:style w:type="paragraph" w:styleId="Saraksts3">
    <w:name w:val="List 3"/>
    <w:basedOn w:val="Parasts"/>
    <w:uiPriority w:val="99"/>
    <w:unhideWhenUsed/>
    <w:rsid w:val="00326F90"/>
    <w:pPr>
      <w:ind w:left="1080" w:hanging="360"/>
      <w:contextualSpacing/>
    </w:pPr>
  </w:style>
  <w:style w:type="paragraph" w:styleId="Sarakstaaizzme">
    <w:name w:val="List Bullet"/>
    <w:basedOn w:val="Parasts"/>
    <w:uiPriority w:val="99"/>
    <w:unhideWhenUsed/>
    <w:rsid w:val="00326F90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unhideWhenUsed/>
    <w:rsid w:val="00326F90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unhideWhenUsed/>
    <w:rsid w:val="00326F90"/>
    <w:pPr>
      <w:numPr>
        <w:numId w:val="3"/>
      </w:numPr>
      <w:contextualSpacing/>
    </w:pPr>
  </w:style>
  <w:style w:type="paragraph" w:styleId="Sarakstanumurs">
    <w:name w:val="List Number"/>
    <w:basedOn w:val="Parasts"/>
    <w:uiPriority w:val="99"/>
    <w:unhideWhenUsed/>
    <w:rsid w:val="00326F90"/>
    <w:pPr>
      <w:numPr>
        <w:numId w:val="5"/>
      </w:numPr>
      <w:contextualSpacing/>
    </w:pPr>
  </w:style>
  <w:style w:type="paragraph" w:styleId="Sarakstanumurs2">
    <w:name w:val="List Number 2"/>
    <w:basedOn w:val="Parasts"/>
    <w:uiPriority w:val="99"/>
    <w:unhideWhenUsed/>
    <w:rsid w:val="0029639D"/>
    <w:pPr>
      <w:numPr>
        <w:numId w:val="6"/>
      </w:numPr>
      <w:contextualSpacing/>
    </w:pPr>
  </w:style>
  <w:style w:type="paragraph" w:styleId="Sarakstanumurs3">
    <w:name w:val="List Number 3"/>
    <w:basedOn w:val="Parasts"/>
    <w:uiPriority w:val="99"/>
    <w:unhideWhenUsed/>
    <w:rsid w:val="0029639D"/>
    <w:pPr>
      <w:numPr>
        <w:numId w:val="7"/>
      </w:numPr>
      <w:contextualSpacing/>
    </w:pPr>
  </w:style>
  <w:style w:type="paragraph" w:styleId="Sarakstaturpinjums">
    <w:name w:val="List Continue"/>
    <w:basedOn w:val="Parasts"/>
    <w:uiPriority w:val="99"/>
    <w:unhideWhenUsed/>
    <w:rsid w:val="0029639D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unhideWhenUsed/>
    <w:rsid w:val="0029639D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unhideWhenUsed/>
    <w:rsid w:val="0029639D"/>
    <w:pPr>
      <w:spacing w:after="120"/>
      <w:ind w:left="1080"/>
      <w:contextualSpacing/>
    </w:pPr>
  </w:style>
  <w:style w:type="paragraph" w:styleId="Makroteksts">
    <w:name w:val="macro"/>
    <w:link w:val="MakrotekstsRakstz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rsid w:val="0029639D"/>
    <w:rPr>
      <w:rFonts w:ascii="Courier" w:hAnsi="Courier"/>
      <w:sz w:val="20"/>
      <w:szCs w:val="20"/>
    </w:rPr>
  </w:style>
  <w:style w:type="paragraph" w:styleId="Citts">
    <w:name w:val="Quote"/>
    <w:basedOn w:val="Parasts"/>
    <w:next w:val="Parasts"/>
    <w:link w:val="CittsRakstz"/>
    <w:uiPriority w:val="29"/>
    <w:qFormat/>
    <w:rsid w:val="00FC693F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FC693F"/>
    <w:rPr>
      <w:i/>
      <w:iCs/>
      <w:color w:val="000000" w:themeColor="text1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FC693F"/>
    <w:rPr>
      <w:b/>
      <w:bCs/>
    </w:rPr>
  </w:style>
  <w:style w:type="character" w:styleId="Izclums">
    <w:name w:val="Emphasis"/>
    <w:basedOn w:val="Noklusjumarindkopasfonts"/>
    <w:uiPriority w:val="20"/>
    <w:qFormat/>
    <w:rsid w:val="00FC693F"/>
    <w:rPr>
      <w:i/>
      <w:iCs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693F"/>
    <w:rPr>
      <w:b/>
      <w:bCs/>
      <w:i/>
      <w:iCs/>
      <w:color w:val="4F81BD" w:themeColor="accent1"/>
    </w:rPr>
  </w:style>
  <w:style w:type="character" w:styleId="Izsmalcintsizclums">
    <w:name w:val="Subtle Emphasis"/>
    <w:basedOn w:val="Noklusjumarindkopasfonts"/>
    <w:uiPriority w:val="19"/>
    <w:qFormat/>
    <w:rsid w:val="00FC693F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qFormat/>
    <w:rsid w:val="00FC693F"/>
    <w:rPr>
      <w:b/>
      <w:bCs/>
      <w:i/>
      <w:iCs/>
      <w:color w:val="4F81BD" w:themeColor="accent1"/>
    </w:rPr>
  </w:style>
  <w:style w:type="character" w:styleId="Izsmalcintaatsauce">
    <w:name w:val="Subtle Reference"/>
    <w:basedOn w:val="Noklusjumarindkopasfonts"/>
    <w:uiPriority w:val="31"/>
    <w:qFormat/>
    <w:rsid w:val="00FC693F"/>
    <w:rPr>
      <w:smallCaps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/>
    <w:rsid w:val="00FC693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FC693F"/>
    <w:pPr>
      <w:outlineLvl w:val="9"/>
    </w:pPr>
  </w:style>
  <w:style w:type="table" w:styleId="Reatabula">
    <w:name w:val="Table Grid"/>
    <w:basedOn w:val="Parastatabu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">
    <w:name w:val="Light Shading"/>
    <w:basedOn w:val="Parastatabu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aisnojumsizclums2">
    <w:name w:val="Light Shading Accent 2"/>
    <w:basedOn w:val="Parastatabu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aisnojumsizclums3">
    <w:name w:val="Light Shading Accent 3"/>
    <w:basedOn w:val="Parastatabu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aisnojumsizclums4">
    <w:name w:val="Light Shading Accent 4"/>
    <w:basedOn w:val="Parastatabu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aisnojumsizclums5">
    <w:name w:val="Light Shading Accent 5"/>
    <w:basedOn w:val="Parastatabu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aisnojumsizclums6">
    <w:name w:val="Light Shading Accent 6"/>
    <w:basedOn w:val="Parastatabu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aissaraksts">
    <w:name w:val="Light List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2">
    <w:name w:val="Light List Accent 2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aissarakstsizclums3">
    <w:name w:val="Light List Accent 3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aissarakstsizclums4">
    <w:name w:val="Light List Accent 4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aissarakstsizclums5">
    <w:name w:val="Light List Accent 5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aissarakstsizclums6">
    <w:name w:val="Light List Accent 6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aisreis">
    <w:name w:val="Light Grid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aisreisizclums2">
    <w:name w:val="Light Grid Accent 2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aisreisizclums3">
    <w:name w:val="Light Grid Accent 3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aisreisizclums4">
    <w:name w:val="Light Grid Accent 4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aisreisizclums5">
    <w:name w:val="Light Grid Accent 5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aisreisizclums6">
    <w:name w:val="Light Grid Accent 6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idjsnojums1">
    <w:name w:val="Medium Shading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saraksts1">
    <w:name w:val="Medium Lis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Vidjssaraksts2">
    <w:name w:val="Medium Lis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">
    <w:name w:val="Medium Grid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1izclums2">
    <w:name w:val="Medium Grid 1 Accent 2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idjsreis1izclums3">
    <w:name w:val="Medium Grid 1 Accent 3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idjsreis1izclums4">
    <w:name w:val="Medium Grid 1 Accent 4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idjsreis1izclums5">
    <w:name w:val="Medium Grid 1 Accent 5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idjsreis1izclums6">
    <w:name w:val="Medium Grid 1 Accent 6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idjsreis2">
    <w:name w:val="Medium Grid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Vidjsreis3izclums2">
    <w:name w:val="Medium Grid 3 Accent 2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Vidjsreis3izclums3">
    <w:name w:val="Medium Grid 3 Accent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Vidjsreis3izclums4">
    <w:name w:val="Medium Grid 3 Accent 4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Vidjsreis3izclums5">
    <w:name w:val="Medium Grid 3 Accent 5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Vidjsreis3izclums6">
    <w:name w:val="Medium Grid 3 Accent 6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ssaraksts">
    <w:name w:val="Dark List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ssarakstsizclums2">
    <w:name w:val="Dark List Accent 2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ssarakstsizclums3">
    <w:name w:val="Dark List Accent 3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ssarakstsizclums4">
    <w:name w:val="Dark List Accent 4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ssarakstsizclums5">
    <w:name w:val="Dark List Accent 5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ssarakstsizclums6">
    <w:name w:val="Dark List Accent 6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rsainsnojums">
    <w:name w:val="Colorful Shading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saraksts">
    <w:name w:val="Colorful List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rsainsreis">
    <w:name w:val="Colorful Grid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rsainsreisizclums2">
    <w:name w:val="Colorful Grid Accent 2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rsainsreisizclums3">
    <w:name w:val="Colorful Grid Accent 3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reisizclums4">
    <w:name w:val="Colorful Grid Accent 4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rsainsreisizclums5">
    <w:name w:val="Colorful Grid Accent 5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rsainsreisizclums6">
    <w:name w:val="Colorful Grid Accent 6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908</Words>
  <Characters>519</Characters>
  <Application>Microsoft Office Word</Application>
  <DocSecurity>4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Zane Indersone</cp:lastModifiedBy>
  <cp:revision>2</cp:revision>
  <dcterms:created xsi:type="dcterms:W3CDTF">2026-04-21T06:44:00Z</dcterms:created>
  <dcterms:modified xsi:type="dcterms:W3CDTF">2026-04-21T06:44:00Z</dcterms:modified>
  <cp:category/>
</cp:coreProperties>
</file>